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mo" w:hAnsi="Arimo"/>
          <w:b/>
          <w:color w:val="1F4E79"/>
          <w:sz w:val="44"/>
        </w:rPr>
        <w:t>IMPRESSZUM</w:t>
      </w:r>
    </w:p>
    <w:p>
      <w:pPr>
        <w:spacing w:after="120"/>
        <w:pBdr>
          <w:bottom w:val="single" w:sz="12" w:space="6" w:color="2F75B5"/>
        </w:pBdr>
      </w:pPr>
      <w:r>
        <w:rPr>
          <w:rFonts w:ascii="Arimo" w:hAnsi="Arimo"/>
          <w:b/>
          <w:color w:val="666666"/>
          <w:sz w:val="22"/>
        </w:rPr>
        <w:t>FigyeljBefele</w:t>
      </w:r>
    </w:p>
    <w:p>
      <w:pPr>
        <w:pStyle w:val="Heading1"/>
      </w:pPr>
      <w:r>
        <w:rPr>
          <w:rFonts w:ascii="Arimo" w:hAnsi="Arimo"/>
        </w:rPr>
        <w:t>A szolgáltatás és az üzemeltető adatai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A szolgáltatás neve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FigyeljBefele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A szolgáltatás üzemeltetője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Dóczi Adrián Márk egyéni vállalkozó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Székhely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MAGYARORSZÁG, 6449 MÉLYKÚT, KINIZSI UTCA 13.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Nyilvántartási szám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61820539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Adószám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91744496-1-23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Kamarai tagság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Bács-Kiskun Vármegyei Kereskedelmi és Iparkamara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Nyilvántartást vezető hatóság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sz w:val="21"/>
              </w:rPr>
              <w:t>Belügyminisztérium</w:t>
            </w:r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E-mail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hyperlink r:id="rId16">
              <w:r>
                <w:rPr>
                  <w:color w:val="0563C1"/>
                  <w:u w:val="single"/>
                  <w:rFonts w:ascii="Arimo" w:hAnsi="Arimo"/>
                  <w:sz w:val="22"/>
                </w:rPr>
                <w:t>info@figyeljbefele.hu</w:t>
              </w:r>
            </w:hyperlink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Telefonszám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hyperlink r:id="rId17">
              <w:r>
                <w:rPr>
                  <w:color w:val="0563C1"/>
                  <w:u w:val="single"/>
                  <w:rFonts w:ascii="Arimo" w:hAnsi="Arimo"/>
                  <w:sz w:val="22"/>
                </w:rPr>
                <w:t>+36703150345</w:t>
              </w:r>
            </w:hyperlink>
          </w:p>
        </w:tc>
      </w:tr>
      <w:tr>
        <w:tc>
          <w:tcPr>
            <w:tcW w:type="dxa" w:w="3528"/>
            <w:shd w:fill="EAF2F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r>
              <w:rPr>
                <w:rFonts w:ascii="Arimo" w:hAnsi="Arimo"/>
                <w:b/>
                <w:color w:val="1F4E79"/>
                <w:sz w:val="21"/>
              </w:rPr>
              <w:t>Internet</w:t>
            </w:r>
          </w:p>
        </w:tc>
        <w:tc>
          <w:tcPr>
            <w:tcW w:type="dxa" w:w="65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  <w:insideH w:val="single" w:sz="4" w:color="D9E2F3"/>
              <w:insideV w:val="single" w:sz="4" w:color="D9E2F3"/>
            </w:tcBorders>
          </w:tcPr>
          <w:p>
            <w:pPr>
              <w:spacing w:after="0" w:before="0"/>
            </w:pPr>
            <w:hyperlink r:id="rId14">
              <w:r>
                <w:rPr>
                  <w:color w:val="0563C1"/>
                  <w:u w:val="single"/>
                  <w:rFonts w:ascii="Arimo" w:hAnsi="Arimo"/>
                  <w:sz w:val="22"/>
                </w:rPr>
                <w:t>https://figyeljbefele.hu</w:t>
              </w:r>
            </w:hyperlink>
          </w:p>
        </w:tc>
      </w:tr>
    </w:tbl>
    <w:p>
      <w:pPr>
        <w:spacing w:after="0" w:before="40"/>
      </w:pPr>
    </w:p>
    <w:p>
      <w:pPr>
        <w:pStyle w:val="Heading1"/>
      </w:pPr>
      <w:r>
        <w:rPr>
          <w:rFonts w:ascii="Arimo" w:hAnsi="Arimo"/>
        </w:rPr>
        <w:t>Tárhelyszolgáltatók és technológiai partnerek</w:t>
      </w:r>
    </w:p>
    <w:p>
      <w:pPr>
        <w:pStyle w:val="Heading2"/>
      </w:pPr>
      <w:r>
        <w:rPr>
          <w:rFonts w:ascii="Arimo" w:hAnsi="Arimo"/>
        </w:rPr>
        <w:t>1. Kiszolgáló szerver és tartalomkiszolgálás (CDN)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Név: </w:t>
      </w:r>
      <w:r>
        <w:rPr>
          <w:rFonts w:ascii="Arimo" w:hAnsi="Arimo"/>
          <w:sz w:val="21"/>
        </w:rPr>
        <w:t>DigitalOcean, LLC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Székhely: </w:t>
      </w:r>
      <w:r>
        <w:rPr>
          <w:rFonts w:ascii="Arimo" w:hAnsi="Arimo"/>
          <w:sz w:val="21"/>
        </w:rPr>
        <w:t>105 Edgeview Drive, Ste. 425, Broomfield, CO 80021, Egyesült Államok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Szolgáltatás: </w:t>
      </w:r>
      <w:r>
        <w:rPr>
          <w:rFonts w:ascii="Arimo" w:hAnsi="Arimo"/>
          <w:sz w:val="21"/>
        </w:rPr>
        <w:t>a weboldalt kiszolgáló szerver, valamint a hanganyagok és képek tárolása (DigitalOcean Spaces, frankfurti régió)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E-mail cím: </w:t>
      </w:r>
      <w:hyperlink r:id="rId18">
        <w:r>
          <w:rPr>
            <w:color w:val="0563C1"/>
            <w:u w:val="single"/>
            <w:rFonts w:ascii="Arimo" w:hAnsi="Arimo"/>
            <w:sz w:val="22"/>
          </w:rPr>
          <w:t>support@digitalocean.com</w:t>
        </w:r>
      </w:hyperlink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Weboldal: </w:t>
      </w:r>
      <w:hyperlink r:id="rId19">
        <w:r>
          <w:rPr>
            <w:color w:val="0563C1"/>
            <w:u w:val="single"/>
            <w:rFonts w:ascii="Arimo" w:hAnsi="Arimo"/>
            <w:sz w:val="22"/>
          </w:rPr>
          <w:t>https://www.digitalocean.com</w:t>
        </w:r>
      </w:hyperlink>
    </w:p>
    <w:p>
      <w:pPr>
        <w:pStyle w:val="Heading2"/>
      </w:pPr>
      <w:r>
        <w:rPr>
          <w:rFonts w:ascii="Arimo" w:hAnsi="Arimo"/>
        </w:rPr>
        <w:t>2. Adatbázis és hitelesítés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Név: </w:t>
      </w:r>
      <w:r>
        <w:rPr>
          <w:rFonts w:ascii="Arimo" w:hAnsi="Arimo"/>
          <w:sz w:val="21"/>
        </w:rPr>
        <w:t>Supabase, Inc.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Székhely: </w:t>
      </w:r>
      <w:r>
        <w:rPr>
          <w:rFonts w:ascii="Arimo" w:hAnsi="Arimo"/>
          <w:sz w:val="21"/>
        </w:rPr>
        <w:t>9701 Apollo Dr Suite 301, Largo, MD 20774, USA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E-mail cím: </w:t>
      </w:r>
      <w:hyperlink r:id="rId20">
        <w:r>
          <w:rPr>
            <w:color w:val="0563C1"/>
            <w:u w:val="single"/>
            <w:rFonts w:ascii="Arimo" w:hAnsi="Arimo"/>
            <w:sz w:val="22"/>
          </w:rPr>
          <w:t>support@supabase.com</w:t>
        </w:r>
      </w:hyperlink>
      <w:r>
        <w:rPr>
          <w:rFonts w:ascii="Arimo" w:hAnsi="Arimo"/>
          <w:sz w:val="21"/>
        </w:rPr>
        <w:t xml:space="preserve"> / </w:t>
      </w:r>
      <w:hyperlink r:id="rId21">
        <w:r>
          <w:rPr>
            <w:color w:val="0563C1"/>
            <w:u w:val="single"/>
            <w:rFonts w:ascii="Arimo" w:hAnsi="Arimo"/>
            <w:sz w:val="22"/>
          </w:rPr>
          <w:t>privacy@supabase.com</w:t>
        </w:r>
      </w:hyperlink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Weboldal: </w:t>
      </w:r>
      <w:hyperlink r:id="rId22">
        <w:r>
          <w:rPr>
            <w:color w:val="0563C1"/>
            <w:u w:val="single"/>
            <w:rFonts w:ascii="Arimo" w:hAnsi="Arimo"/>
            <w:sz w:val="22"/>
          </w:rPr>
          <w:t>https://supabase.com</w:t>
        </w:r>
      </w:hyperlink>
    </w:p>
    <w:p>
      <w:pPr>
        <w:pStyle w:val="Heading2"/>
      </w:pPr>
      <w:r>
        <w:rPr>
          <w:rFonts w:ascii="Arimo" w:hAnsi="Arimo"/>
        </w:rPr>
        <w:t>3. Hálózati védelem és gyorsítótár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Név: </w:t>
      </w:r>
      <w:r>
        <w:rPr>
          <w:rFonts w:ascii="Arimo" w:hAnsi="Arimo"/>
          <w:sz w:val="21"/>
        </w:rPr>
        <w:t>Cloudflare, Inc.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Szolgáltatás: </w:t>
      </w:r>
      <w:r>
        <w:rPr>
          <w:rFonts w:ascii="Arimo" w:hAnsi="Arimo"/>
          <w:sz w:val="21"/>
        </w:rPr>
        <w:t>a weboldal elérhetőségét és biztonságát szolgáló proxy, valamint botvédelem (Turnstile)</w:t>
      </w:r>
    </w:p>
    <w:p>
      <w:pPr>
        <w:pStyle w:val="ListBullet"/>
        <w:spacing w:after="40"/>
      </w:pPr>
      <w:r>
        <w:rPr>
          <w:rFonts w:ascii="Arimo" w:hAnsi="Arimo"/>
          <w:b/>
          <w:sz w:val="21"/>
        </w:rPr>
        <w:t xml:space="preserve">Weboldal: </w:t>
      </w:r>
      <w:hyperlink r:id="rId23">
        <w:r>
          <w:rPr>
            <w:color w:val="0563C1"/>
            <w:u w:val="single"/>
            <w:rFonts w:ascii="Arimo" w:hAnsi="Arimo"/>
            <w:sz w:val="22"/>
          </w:rPr>
          <w:t>https://www.cloudflare.com</w:t>
        </w:r>
      </w:hyperlink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1191" w:right="1276" w:bottom="1134" w:left="1332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/>
        <w:color w:val="787878"/>
        <w:sz w:val="16"/>
      </w:rPr>
      <w:t xml:space="preserve">FigyeljBefele  •  </w:t>
    </w:r>
    <w:r>
      <w:rPr>
        <w:rFonts w:ascii="Arimo" w:hAnsi="Arimo"/>
        <w:color w:val="787878"/>
        <w:sz w:val="16"/>
      </w:rPr>
      <w:fldChar w:fldCharType="begin"/>
      <w:instrText xml:space="preserve">PAGE</w:instrText>
      <w:fldChar w:fldCharType="end"/>
    </w:r>
    <w:r>
      <w:rPr>
        <w:rFonts w:ascii="Arimo" w:hAnsi="Arimo"/>
        <w:color w:val="787878"/>
        <w:sz w:val="16"/>
      </w:rPr>
      <w:t xml:space="preserve"> / </w:t>
    </w:r>
    <w:r>
      <w:rPr>
        <w:rFonts w:ascii="Arimo" w:hAnsi="Arimo"/>
        <w:color w:val="787878"/>
        <w:sz w:val="16"/>
      </w:rPr>
      <w:fldChar w:fldCharType="begin"/>
      <w:instrText xml:space="preserve">NUMPAGES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/>
        <w:color w:val="666666"/>
        <w:sz w:val="16"/>
      </w:rPr>
      <w:t xml:space="preserve">FigyeljBefele  •  </w:t>
    </w:r>
    <w:r>
      <w:fldChar w:fldCharType="begin"/>
      <w:instrText xml:space="preserve">PAGE</w:instrText>
      <w:fldChar w:fldCharType="end"/>
    </w:r>
    <w:r>
      <w:rPr>
        <w:color w:val="666666"/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3" w:color="D9D9D9"/>
      </w:pBdr>
    </w:pPr>
    <w:r>
      <w:rPr>
        <w:rFonts w:ascii="Arimo" w:hAnsi="Arimo"/>
        <w:b/>
        <w:color w:val="8C8C8C"/>
        <w:sz w:val="16"/>
      </w:rPr>
      <w:t>FIGYELJBEFELE  |  IMPRESSZUM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  <w:jc w:val="both"/>
    </w:pPr>
    <w:rPr>
      <w:rFonts w:ascii="Arimo" w:hAnsi="Arimo" w:eastAsia="Arimo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mo" w:hAnsi="Arimo" w:eastAsia="Arimo"/>
      <w:b/>
      <w:bCs/>
      <w:color w:val="1F4E79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mo" w:hAnsi="Arimo" w:eastAsia="Arimo"/>
      <w:b/>
      <w:bCs/>
      <w:color w:val="2F75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mo" w:hAnsi="Arimo" w:eastAsia="Arimo"/>
      <w:color w:val="222222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mo" w:hAnsi="Arimo" w:eastAsia="Arimo"/>
      <w:color w:val="222222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Miniheading">
    <w:name w:val="Legal Miniheading"/>
    <w:pPr>
      <w:keepNext/>
      <w:spacing w:before="160" w:after="80"/>
    </w:pPr>
    <w:rPr>
      <w:rFonts w:ascii="Arimo" w:hAnsi="Arimo" w:eastAsia="Arimo"/>
      <w:b/>
      <w:color w:val="1F4E79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mailto:support@figyeljbefele.hu" TargetMode="External"/><Relationship Id="rId14" Type="http://schemas.openxmlformats.org/officeDocument/2006/relationships/hyperlink" Target="https://figyeljbefele.hu" TargetMode="External"/><Relationship Id="rId15" Type="http://schemas.openxmlformats.org/officeDocument/2006/relationships/hyperlink" Target="https://bekeltetes.hu" TargetMode="External"/><Relationship Id="rId16" Type="http://schemas.openxmlformats.org/officeDocument/2006/relationships/hyperlink" Target="mailto:info@figyeljbefele.hu" TargetMode="External"/><Relationship Id="rId17" Type="http://schemas.openxmlformats.org/officeDocument/2006/relationships/hyperlink" Target="tel:+36703150345" TargetMode="External"/><Relationship Id="rId18" Type="http://schemas.openxmlformats.org/officeDocument/2006/relationships/hyperlink" Target="mailto:support@digitalocean.com" TargetMode="External"/><Relationship Id="rId19" Type="http://schemas.openxmlformats.org/officeDocument/2006/relationships/hyperlink" Target="https://www.digitalocean.com" TargetMode="External"/><Relationship Id="rId20" Type="http://schemas.openxmlformats.org/officeDocument/2006/relationships/hyperlink" Target="mailto:support@supabase.com" TargetMode="External"/><Relationship Id="rId21" Type="http://schemas.openxmlformats.org/officeDocument/2006/relationships/hyperlink" Target="mailto:privacy@supabase.com" TargetMode="External"/><Relationship Id="rId22" Type="http://schemas.openxmlformats.org/officeDocument/2006/relationships/hyperlink" Target="https://supabase.com" TargetMode="External"/><Relationship Id="rId23" Type="http://schemas.openxmlformats.org/officeDocument/2006/relationships/hyperlink" Target="https://www.cloudfla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Impresszum – FigyeljBefele</dc:title>
  <dc:subject>Jogi tájékoztató</dc:subject>
  <dc:creator>python-docx</dc:creator>
  <cp:keywords>FigyeljBefele, ÁSZF, felhasználási feltételek</cp:keywords>
  <dc:description>Formázott, egységes jogi dokumentumstílus.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